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325298" w14:paraId="6E8ED524" w14:textId="77777777">
        <w:tc>
          <w:tcPr>
            <w:tcW w:w="4986" w:type="dxa"/>
          </w:tcPr>
          <w:p w14:paraId="2D2E0234" w14:textId="77777777" w:rsidR="00325298" w:rsidRDefault="00000000">
            <w:r>
              <w:rPr>
                <w:noProof/>
              </w:rPr>
              <w:drawing>
                <wp:inline distT="0" distB="0" distL="0" distR="0" wp14:anchorId="2683BAA6" wp14:editId="269C2AA7">
                  <wp:extent cx="2015999" cy="86893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Ekstraliga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999" cy="86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59175117" w14:textId="77777777" w:rsidR="00325298" w:rsidRDefault="00000000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01D12EC" wp14:editId="38E33184">
                  <wp:simplePos x="0" y="0"/>
                  <wp:positionH relativeFrom="column">
                    <wp:posOffset>1012190</wp:posOffset>
                  </wp:positionH>
                  <wp:positionV relativeFrom="paragraph">
                    <wp:posOffset>57115</wp:posOffset>
                  </wp:positionV>
                  <wp:extent cx="2020398" cy="74370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398" cy="743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18F0821" w14:textId="77777777" w:rsidR="00FC6B55" w:rsidRDefault="00FC6B55">
      <w:pPr>
        <w:spacing w:before="280" w:after="40"/>
        <w:jc w:val="center"/>
        <w:rPr>
          <w:b/>
          <w:color w:val="EF7C00"/>
          <w:sz w:val="32"/>
        </w:rPr>
      </w:pPr>
    </w:p>
    <w:p w14:paraId="7C3A7417" w14:textId="59F37FA7" w:rsidR="00FC6B55" w:rsidRPr="00FC6B55" w:rsidRDefault="00000000" w:rsidP="00FC6B55">
      <w:pPr>
        <w:spacing w:before="280" w:after="40"/>
        <w:jc w:val="center"/>
      </w:pPr>
      <w:r>
        <w:rPr>
          <w:b/>
          <w:color w:val="EF7C00"/>
          <w:sz w:val="32"/>
        </w:rPr>
        <w:t>ZAŁĄCZNIK NR 1</w:t>
      </w:r>
    </w:p>
    <w:p w14:paraId="5584286C" w14:textId="00AABF53" w:rsidR="00325298" w:rsidRDefault="00000000">
      <w:pPr>
        <w:pBdr>
          <w:bottom w:val="single" w:sz="8" w:space="4" w:color="002B78"/>
        </w:pBdr>
        <w:spacing w:after="200"/>
        <w:jc w:val="center"/>
      </w:pPr>
      <w:r>
        <w:rPr>
          <w:b/>
          <w:color w:val="002B78"/>
          <w:sz w:val="34"/>
        </w:rPr>
        <w:t>ZGOD</w:t>
      </w:r>
      <w:r w:rsidR="00146BF9">
        <w:rPr>
          <w:b/>
          <w:color w:val="002B78"/>
          <w:sz w:val="34"/>
        </w:rPr>
        <w:t>A</w:t>
      </w:r>
      <w:r>
        <w:rPr>
          <w:b/>
          <w:color w:val="002B78"/>
          <w:sz w:val="34"/>
        </w:rPr>
        <w:t xml:space="preserve"> NA UDOSTĘPNIENIE I PUBLIKACJĘ WIZERUNKU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7229"/>
      </w:tblGrid>
      <w:tr w:rsidR="00325298" w14:paraId="080C567E" w14:textId="77777777" w:rsidTr="005F797A">
        <w:tc>
          <w:tcPr>
            <w:tcW w:w="2802" w:type="dxa"/>
            <w:shd w:val="clear" w:color="auto" w:fill="E8EEF5"/>
            <w:vAlign w:val="center"/>
          </w:tcPr>
          <w:p w14:paraId="5C49AE9B" w14:textId="77777777" w:rsidR="00325298" w:rsidRDefault="00000000">
            <w:pPr>
              <w:rPr>
                <w:b/>
                <w:color w:val="002B78"/>
                <w:sz w:val="19"/>
              </w:rPr>
            </w:pPr>
            <w:proofErr w:type="spellStart"/>
            <w:r>
              <w:rPr>
                <w:b/>
                <w:color w:val="002B78"/>
                <w:sz w:val="19"/>
              </w:rPr>
              <w:t>Miejscowość</w:t>
            </w:r>
            <w:proofErr w:type="spellEnd"/>
            <w:r>
              <w:rPr>
                <w:b/>
                <w:color w:val="002B78"/>
                <w:sz w:val="19"/>
              </w:rPr>
              <w:t xml:space="preserve"> i data</w:t>
            </w:r>
          </w:p>
          <w:p w14:paraId="4A0FA527" w14:textId="77777777" w:rsidR="00FC6B55" w:rsidRDefault="00FC6B55"/>
        </w:tc>
        <w:tc>
          <w:tcPr>
            <w:tcW w:w="7229" w:type="dxa"/>
            <w:vAlign w:val="center"/>
          </w:tcPr>
          <w:p w14:paraId="0843A5BB" w14:textId="77777777" w:rsidR="00FC6B55" w:rsidRDefault="00FC6B55">
            <w:pPr>
              <w:rPr>
                <w:sz w:val="19"/>
              </w:rPr>
            </w:pPr>
          </w:p>
          <w:p w14:paraId="553FB4EA" w14:textId="35794472" w:rsidR="00325298" w:rsidRDefault="00000000">
            <w:r>
              <w:rPr>
                <w:sz w:val="19"/>
              </w:rPr>
              <w:t>................................................................................................</w:t>
            </w:r>
          </w:p>
        </w:tc>
      </w:tr>
      <w:tr w:rsidR="00325298" w14:paraId="15474286" w14:textId="77777777" w:rsidTr="005F797A">
        <w:tc>
          <w:tcPr>
            <w:tcW w:w="2802" w:type="dxa"/>
            <w:shd w:val="clear" w:color="auto" w:fill="E8EEF5"/>
            <w:vAlign w:val="center"/>
          </w:tcPr>
          <w:p w14:paraId="01EDC907" w14:textId="77777777" w:rsidR="00325298" w:rsidRDefault="00000000">
            <w:pPr>
              <w:rPr>
                <w:b/>
                <w:color w:val="002B78"/>
                <w:sz w:val="19"/>
              </w:rPr>
            </w:pPr>
            <w:proofErr w:type="spellStart"/>
            <w:r>
              <w:rPr>
                <w:b/>
                <w:color w:val="002B78"/>
                <w:sz w:val="19"/>
              </w:rPr>
              <w:t>Imię</w:t>
            </w:r>
            <w:proofErr w:type="spellEnd"/>
            <w:r>
              <w:rPr>
                <w:b/>
                <w:color w:val="002B78"/>
                <w:sz w:val="19"/>
              </w:rPr>
              <w:t xml:space="preserve"> i nazwisko</w:t>
            </w:r>
          </w:p>
          <w:p w14:paraId="5C5EDF50" w14:textId="77777777" w:rsidR="00FC6B55" w:rsidRDefault="00FC6B55"/>
        </w:tc>
        <w:tc>
          <w:tcPr>
            <w:tcW w:w="7229" w:type="dxa"/>
            <w:vAlign w:val="center"/>
          </w:tcPr>
          <w:p w14:paraId="564879E6" w14:textId="77777777" w:rsidR="00FC6B55" w:rsidRDefault="00FC6B55">
            <w:pPr>
              <w:rPr>
                <w:sz w:val="19"/>
              </w:rPr>
            </w:pPr>
          </w:p>
          <w:p w14:paraId="3EA9DB1A" w14:textId="76DB4DE6" w:rsidR="00325298" w:rsidRDefault="00000000">
            <w:r>
              <w:rPr>
                <w:sz w:val="19"/>
              </w:rPr>
              <w:t>................................................................................................</w:t>
            </w:r>
          </w:p>
        </w:tc>
      </w:tr>
      <w:tr w:rsidR="00325298" w14:paraId="62189B31" w14:textId="77777777" w:rsidTr="005F797A">
        <w:tc>
          <w:tcPr>
            <w:tcW w:w="2802" w:type="dxa"/>
            <w:shd w:val="clear" w:color="auto" w:fill="E8EEF5"/>
            <w:vAlign w:val="center"/>
          </w:tcPr>
          <w:p w14:paraId="03AF4AF5" w14:textId="77777777" w:rsidR="00325298" w:rsidRDefault="00000000">
            <w:pPr>
              <w:rPr>
                <w:b/>
                <w:color w:val="002B78"/>
                <w:sz w:val="19"/>
              </w:rPr>
            </w:pPr>
            <w:r>
              <w:rPr>
                <w:b/>
                <w:color w:val="002B78"/>
                <w:sz w:val="19"/>
              </w:rPr>
              <w:t>Klub</w:t>
            </w:r>
          </w:p>
          <w:p w14:paraId="69CFCC7E" w14:textId="77777777" w:rsidR="00FC6B55" w:rsidRDefault="00FC6B55"/>
        </w:tc>
        <w:tc>
          <w:tcPr>
            <w:tcW w:w="7229" w:type="dxa"/>
            <w:vAlign w:val="center"/>
          </w:tcPr>
          <w:p w14:paraId="0C095E4E" w14:textId="5E738A8F" w:rsidR="00FC6B55" w:rsidRDefault="00FC6B55">
            <w:pPr>
              <w:rPr>
                <w:sz w:val="19"/>
              </w:rPr>
            </w:pPr>
          </w:p>
          <w:p w14:paraId="63E4F85B" w14:textId="2639A205" w:rsidR="00325298" w:rsidRDefault="00000000">
            <w:r>
              <w:rPr>
                <w:sz w:val="19"/>
              </w:rPr>
              <w:t>...............................................................................................</w:t>
            </w:r>
          </w:p>
        </w:tc>
      </w:tr>
      <w:tr w:rsidR="00325298" w14:paraId="0B982521" w14:textId="77777777" w:rsidTr="005F797A">
        <w:tc>
          <w:tcPr>
            <w:tcW w:w="2802" w:type="dxa"/>
            <w:shd w:val="clear" w:color="auto" w:fill="E8EEF5"/>
            <w:vAlign w:val="center"/>
          </w:tcPr>
          <w:p w14:paraId="6506825C" w14:textId="77777777" w:rsidR="00325298" w:rsidRDefault="00000000">
            <w:r>
              <w:rPr>
                <w:b/>
                <w:color w:val="002B78"/>
                <w:sz w:val="19"/>
              </w:rPr>
              <w:t>Rola w Klubie / Drużynie:</w:t>
            </w:r>
          </w:p>
        </w:tc>
        <w:tc>
          <w:tcPr>
            <w:tcW w:w="7229" w:type="dxa"/>
            <w:vAlign w:val="center"/>
          </w:tcPr>
          <w:p w14:paraId="3B8D565A" w14:textId="77777777" w:rsidR="005F797A" w:rsidRDefault="00000000">
            <w:pPr>
              <w:rPr>
                <w:sz w:val="19"/>
              </w:rPr>
            </w:pPr>
            <w:r>
              <w:rPr>
                <w:sz w:val="19"/>
              </w:rPr>
              <w:t xml:space="preserve">☐ Zawodnik   ☐ Trener   ☐ Kierownik Drużyny   ☐ Członek sztabu   </w:t>
            </w:r>
          </w:p>
          <w:p w14:paraId="45C40247" w14:textId="4CDFAA19" w:rsidR="00325298" w:rsidRDefault="00000000">
            <w:r>
              <w:rPr>
                <w:sz w:val="19"/>
              </w:rPr>
              <w:t xml:space="preserve">☐ Inna </w:t>
            </w:r>
            <w:proofErr w:type="spellStart"/>
            <w:r>
              <w:rPr>
                <w:sz w:val="19"/>
              </w:rPr>
              <w:t>osoba</w:t>
            </w:r>
            <w:proofErr w:type="spellEnd"/>
            <w:r>
              <w:rPr>
                <w:sz w:val="19"/>
              </w:rPr>
              <w:t>: ............................................................</w:t>
            </w:r>
          </w:p>
        </w:tc>
      </w:tr>
    </w:tbl>
    <w:p w14:paraId="66D51377" w14:textId="77777777" w:rsidR="00325298" w:rsidRDefault="00000000">
      <w:pPr>
        <w:spacing w:before="240" w:after="160"/>
        <w:jc w:val="center"/>
      </w:pPr>
      <w:r>
        <w:rPr>
          <w:b/>
          <w:color w:val="002B78"/>
          <w:sz w:val="25"/>
        </w:rPr>
        <w:t>OŚWIADCZENIE O WYRAŻENIU ZGODY NA WYKORZYSTANIE WIZERUNKU</w:t>
      </w:r>
    </w:p>
    <w:p w14:paraId="1758AA14" w14:textId="77777777" w:rsidR="00325298" w:rsidRDefault="00000000">
      <w:pPr>
        <w:jc w:val="both"/>
      </w:pPr>
      <w:r>
        <w:rPr>
          <w:sz w:val="20"/>
        </w:rPr>
        <w:t>Ja, niżej podpisany/a, wyrażam zgodę na utrwalanie, wykorzystywanie, rozpowszechnianie i publikację mojego wizerunku utrwalonego w związku z udziałem w rozgrywkach PGE Polskiej Ekstraligi Badmintona, w szczególności w formie zdjęć, nagrań wideo, materiałów transmisyjnych, streamingowych, promocyjnych, marketingowych, informacyjnych i dokumentacyjnych.</w:t>
      </w:r>
    </w:p>
    <w:p w14:paraId="3F817FAE" w14:textId="77777777" w:rsidR="00325298" w:rsidRDefault="00000000">
      <w:pPr>
        <w:jc w:val="both"/>
      </w:pPr>
      <w:r>
        <w:rPr>
          <w:sz w:val="20"/>
        </w:rPr>
        <w:t>Zgoda obejmuje wykorzystanie wizerunku przez Polski Związek Badmintona, PGE Polską Ekstraligę Badmintona, Kluby uczestniczące w rozgrywkach oraz podmioty współpracujące z PZBad przy organizacji, promocji, transmisji, obsłudze medialnej, marketingowej, statystycznej, analitycznej lub komercyjnej rozgrywek.</w:t>
      </w:r>
    </w:p>
    <w:p w14:paraId="660C1BD0" w14:textId="77777777" w:rsidR="00325298" w:rsidRDefault="00000000">
      <w:pPr>
        <w:jc w:val="both"/>
      </w:pPr>
      <w:r>
        <w:rPr>
          <w:sz w:val="20"/>
        </w:rPr>
        <w:t>Zgoda obejmuje w szczególności wykorzystanie wizerunku:</w:t>
      </w:r>
    </w:p>
    <w:p w14:paraId="7993E016" w14:textId="77777777" w:rsidR="00325298" w:rsidRDefault="00000000">
      <w:pPr>
        <w:spacing w:after="80"/>
        <w:ind w:left="369" w:hanging="255"/>
      </w:pPr>
      <w:r>
        <w:rPr>
          <w:b/>
          <w:color w:val="002B78"/>
          <w:sz w:val="20"/>
        </w:rPr>
        <w:t xml:space="preserve">1. </w:t>
      </w:r>
      <w:r>
        <w:rPr>
          <w:sz w:val="20"/>
        </w:rPr>
        <w:t>na stronach internetowych i w mediach społecznościowych PZBad, Ekstraligi Badmintona, Klubów, sponsorów, partnerów i podmiotów współpracujących z PZBad;</w:t>
      </w:r>
    </w:p>
    <w:p w14:paraId="3908B0EA" w14:textId="77777777" w:rsidR="00325298" w:rsidRDefault="00000000">
      <w:pPr>
        <w:spacing w:after="80"/>
        <w:ind w:left="369" w:hanging="255"/>
      </w:pPr>
      <w:r>
        <w:rPr>
          <w:b/>
          <w:color w:val="002B78"/>
          <w:sz w:val="20"/>
        </w:rPr>
        <w:t xml:space="preserve">2. </w:t>
      </w:r>
      <w:r>
        <w:rPr>
          <w:sz w:val="20"/>
        </w:rPr>
        <w:t>w transmisjach telewizyjnych, internetowych, streamingowych, retransmisjach, skrótach meczów, materiałach wideo, zapowiedziach, relacjach i materiałach archiwalnych;</w:t>
      </w:r>
    </w:p>
    <w:p w14:paraId="1D77E3B1" w14:textId="77777777" w:rsidR="00325298" w:rsidRDefault="00000000">
      <w:pPr>
        <w:spacing w:after="80"/>
        <w:ind w:left="369" w:hanging="255"/>
      </w:pPr>
      <w:r>
        <w:rPr>
          <w:b/>
          <w:color w:val="002B78"/>
          <w:sz w:val="20"/>
        </w:rPr>
        <w:t xml:space="preserve">3. </w:t>
      </w:r>
      <w:r>
        <w:rPr>
          <w:sz w:val="20"/>
        </w:rPr>
        <w:t>w materiałach promocyjnych, reklamowych, sponsorskich, marketingowych, prasowych, informacyjnych i prezentacyjnych dotyczących PGE Polskiej Ekstraligi Badmintona;</w:t>
      </w:r>
    </w:p>
    <w:p w14:paraId="1B66B93F" w14:textId="77777777" w:rsidR="00325298" w:rsidRDefault="00000000">
      <w:pPr>
        <w:spacing w:after="80"/>
        <w:ind w:left="369" w:hanging="255"/>
      </w:pPr>
      <w:r>
        <w:rPr>
          <w:b/>
          <w:color w:val="002B78"/>
          <w:sz w:val="20"/>
        </w:rPr>
        <w:t xml:space="preserve">4. </w:t>
      </w:r>
      <w:r>
        <w:rPr>
          <w:sz w:val="20"/>
        </w:rPr>
        <w:t>w materiałach przekazywanych sponsorom, partnerom, mediom, podmiotom technologicznym, statystycznym, analitycznym oraz innym podmiotom współpracującym z PZBad;</w:t>
      </w:r>
    </w:p>
    <w:p w14:paraId="4EDD655A" w14:textId="77777777" w:rsidR="00325298" w:rsidRDefault="00000000">
      <w:pPr>
        <w:spacing w:after="80"/>
        <w:ind w:left="369" w:hanging="255"/>
      </w:pPr>
      <w:r>
        <w:rPr>
          <w:b/>
          <w:color w:val="002B78"/>
          <w:sz w:val="20"/>
        </w:rPr>
        <w:t xml:space="preserve">5. </w:t>
      </w:r>
      <w:r>
        <w:rPr>
          <w:sz w:val="20"/>
        </w:rPr>
        <w:t>w materiałach i danych wykorzystywanych w związku z publikacją wyników, statystyk, terminarzy, informacji meczowych oraz obsługą rozgrywek, w tym również na potrzeby podmiotów działających w obszarze zakładów wzajemnych, o ile odbywa się to zgodnie z obowiązującymi przepisami prawa.</w:t>
      </w:r>
    </w:p>
    <w:p w14:paraId="1E8601C4" w14:textId="77777777" w:rsidR="00325298" w:rsidRDefault="00000000">
      <w:pPr>
        <w:jc w:val="both"/>
        <w:rPr>
          <w:sz w:val="20"/>
        </w:rPr>
      </w:pPr>
      <w:r>
        <w:rPr>
          <w:sz w:val="20"/>
        </w:rPr>
        <w:lastRenderedPageBreak/>
        <w:t xml:space="preserve">Zgoda obejmuje wykorzystanie wizerunku bez ograniczeń terytorialnych, za pośrednictwem dowolnych kanałów komunikacji, w szczególności Internetu, telewizji, mediów społecznościowych, prasy, materiałów drukowanych, </w:t>
      </w:r>
      <w:proofErr w:type="spellStart"/>
      <w:r>
        <w:rPr>
          <w:sz w:val="20"/>
        </w:rPr>
        <w:t>nośników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cyfrowych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oraz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materiałów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promocyjnych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sponsorskich</w:t>
      </w:r>
      <w:proofErr w:type="spellEnd"/>
      <w:r>
        <w:rPr>
          <w:sz w:val="20"/>
        </w:rPr>
        <w:t>.</w:t>
      </w:r>
    </w:p>
    <w:p w14:paraId="4BF50E95" w14:textId="77777777" w:rsidR="005F797A" w:rsidRDefault="005F797A">
      <w:pPr>
        <w:jc w:val="both"/>
      </w:pPr>
      <w:proofErr w:type="spellStart"/>
      <w:r w:rsidRPr="005F797A">
        <w:t>Sponsorzy</w:t>
      </w:r>
      <w:proofErr w:type="spellEnd"/>
      <w:r w:rsidRPr="005F797A">
        <w:t xml:space="preserve"> </w:t>
      </w:r>
      <w:proofErr w:type="spellStart"/>
      <w:r w:rsidRPr="005F797A">
        <w:t>i</w:t>
      </w:r>
      <w:proofErr w:type="spellEnd"/>
      <w:r w:rsidRPr="005F797A">
        <w:t xml:space="preserve"> </w:t>
      </w:r>
      <w:proofErr w:type="spellStart"/>
      <w:r w:rsidRPr="005F797A">
        <w:t>partnerzy</w:t>
      </w:r>
      <w:proofErr w:type="spellEnd"/>
      <w:r w:rsidRPr="005F797A">
        <w:t xml:space="preserve"> PGE </w:t>
      </w:r>
      <w:proofErr w:type="spellStart"/>
      <w:r w:rsidRPr="005F797A">
        <w:t>Polskiej</w:t>
      </w:r>
      <w:proofErr w:type="spellEnd"/>
      <w:r w:rsidRPr="005F797A">
        <w:t xml:space="preserve"> </w:t>
      </w:r>
      <w:proofErr w:type="spellStart"/>
      <w:r w:rsidRPr="005F797A">
        <w:t>Ekstraligi</w:t>
      </w:r>
      <w:proofErr w:type="spellEnd"/>
      <w:r w:rsidRPr="005F797A">
        <w:t xml:space="preserve"> </w:t>
      </w:r>
      <w:proofErr w:type="spellStart"/>
      <w:r w:rsidRPr="005F797A">
        <w:t>Badmintona</w:t>
      </w:r>
      <w:proofErr w:type="spellEnd"/>
      <w:r w:rsidRPr="005F797A">
        <w:t xml:space="preserve"> </w:t>
      </w:r>
      <w:proofErr w:type="spellStart"/>
      <w:r w:rsidRPr="005F797A">
        <w:t>mogą</w:t>
      </w:r>
      <w:proofErr w:type="spellEnd"/>
      <w:r w:rsidRPr="005F797A">
        <w:t xml:space="preserve"> </w:t>
      </w:r>
      <w:proofErr w:type="spellStart"/>
      <w:r w:rsidRPr="005F797A">
        <w:t>wykorzystywać</w:t>
      </w:r>
      <w:proofErr w:type="spellEnd"/>
      <w:r w:rsidRPr="005F797A">
        <w:t xml:space="preserve"> </w:t>
      </w:r>
      <w:proofErr w:type="spellStart"/>
      <w:r w:rsidRPr="005F797A">
        <w:t>materiały</w:t>
      </w:r>
      <w:proofErr w:type="spellEnd"/>
      <w:r w:rsidRPr="005F797A">
        <w:t xml:space="preserve"> z </w:t>
      </w:r>
      <w:proofErr w:type="spellStart"/>
      <w:r w:rsidRPr="005F797A">
        <w:t>rozgrywek</w:t>
      </w:r>
      <w:proofErr w:type="spellEnd"/>
      <w:r w:rsidRPr="005F797A">
        <w:t xml:space="preserve">, w </w:t>
      </w:r>
      <w:proofErr w:type="spellStart"/>
      <w:r w:rsidRPr="005F797A">
        <w:t>których</w:t>
      </w:r>
      <w:proofErr w:type="spellEnd"/>
      <w:r w:rsidRPr="005F797A">
        <w:t xml:space="preserve"> </w:t>
      </w:r>
      <w:proofErr w:type="spellStart"/>
      <w:r w:rsidRPr="005F797A">
        <w:t>występuje</w:t>
      </w:r>
      <w:proofErr w:type="spellEnd"/>
      <w:r w:rsidRPr="005F797A">
        <w:t xml:space="preserve"> </w:t>
      </w:r>
      <w:proofErr w:type="spellStart"/>
      <w:r w:rsidRPr="005F797A">
        <w:t>wizerunek</w:t>
      </w:r>
      <w:proofErr w:type="spellEnd"/>
      <w:r w:rsidRPr="005F797A">
        <w:t xml:space="preserve"> </w:t>
      </w:r>
      <w:proofErr w:type="spellStart"/>
      <w:r w:rsidRPr="005F797A">
        <w:t>osoby</w:t>
      </w:r>
      <w:proofErr w:type="spellEnd"/>
      <w:r w:rsidRPr="005F797A">
        <w:t xml:space="preserve"> </w:t>
      </w:r>
      <w:proofErr w:type="spellStart"/>
      <w:r w:rsidRPr="005F797A">
        <w:t>składającej</w:t>
      </w:r>
      <w:proofErr w:type="spellEnd"/>
      <w:r w:rsidRPr="005F797A">
        <w:t xml:space="preserve"> </w:t>
      </w:r>
      <w:proofErr w:type="spellStart"/>
      <w:r w:rsidRPr="005F797A">
        <w:t>oświadczenie</w:t>
      </w:r>
      <w:proofErr w:type="spellEnd"/>
      <w:r w:rsidRPr="005F797A">
        <w:t xml:space="preserve">, w </w:t>
      </w:r>
      <w:proofErr w:type="spellStart"/>
      <w:r w:rsidRPr="005F797A">
        <w:t>szczególności</w:t>
      </w:r>
      <w:proofErr w:type="spellEnd"/>
      <w:r w:rsidRPr="005F797A">
        <w:t xml:space="preserve"> w </w:t>
      </w:r>
      <w:proofErr w:type="spellStart"/>
      <w:r w:rsidRPr="005F797A">
        <w:t>celu</w:t>
      </w:r>
      <w:proofErr w:type="spellEnd"/>
      <w:r w:rsidRPr="005F797A">
        <w:t xml:space="preserve"> </w:t>
      </w:r>
      <w:proofErr w:type="spellStart"/>
      <w:r w:rsidRPr="005F797A">
        <w:t>informowania</w:t>
      </w:r>
      <w:proofErr w:type="spellEnd"/>
      <w:r w:rsidRPr="005F797A">
        <w:t xml:space="preserve"> o </w:t>
      </w:r>
      <w:proofErr w:type="spellStart"/>
      <w:r w:rsidRPr="005F797A">
        <w:t>sponsorowaniu</w:t>
      </w:r>
      <w:proofErr w:type="spellEnd"/>
      <w:r w:rsidRPr="005F797A">
        <w:t xml:space="preserve">, </w:t>
      </w:r>
      <w:proofErr w:type="spellStart"/>
      <w:r w:rsidRPr="005F797A">
        <w:t>wspieraniu</w:t>
      </w:r>
      <w:proofErr w:type="spellEnd"/>
      <w:r w:rsidRPr="005F797A">
        <w:t xml:space="preserve"> </w:t>
      </w:r>
      <w:proofErr w:type="spellStart"/>
      <w:r w:rsidRPr="005F797A">
        <w:t>albo</w:t>
      </w:r>
      <w:proofErr w:type="spellEnd"/>
      <w:r w:rsidRPr="005F797A">
        <w:t xml:space="preserve"> </w:t>
      </w:r>
      <w:proofErr w:type="spellStart"/>
      <w:r w:rsidRPr="005F797A">
        <w:t>współpracy</w:t>
      </w:r>
      <w:proofErr w:type="spellEnd"/>
      <w:r w:rsidRPr="005F797A">
        <w:t xml:space="preserve"> </w:t>
      </w:r>
      <w:proofErr w:type="spellStart"/>
      <w:r w:rsidRPr="005F797A">
        <w:t>przy</w:t>
      </w:r>
      <w:proofErr w:type="spellEnd"/>
      <w:r w:rsidRPr="005F797A">
        <w:t xml:space="preserve"> PGE </w:t>
      </w:r>
      <w:proofErr w:type="spellStart"/>
      <w:r w:rsidRPr="005F797A">
        <w:t>Polskiej</w:t>
      </w:r>
      <w:proofErr w:type="spellEnd"/>
      <w:r w:rsidRPr="005F797A">
        <w:t xml:space="preserve"> </w:t>
      </w:r>
      <w:proofErr w:type="spellStart"/>
      <w:r w:rsidRPr="005F797A">
        <w:t>Ekstralidze</w:t>
      </w:r>
      <w:proofErr w:type="spellEnd"/>
      <w:r w:rsidRPr="005F797A">
        <w:t xml:space="preserve"> Badmintona.</w:t>
      </w:r>
    </w:p>
    <w:p w14:paraId="4DA23BF9" w14:textId="236A9C25" w:rsidR="005F797A" w:rsidRDefault="005F797A">
      <w:pPr>
        <w:jc w:val="both"/>
      </w:pPr>
      <w:proofErr w:type="spellStart"/>
      <w:r w:rsidRPr="005F797A">
        <w:t>Jeżeli</w:t>
      </w:r>
      <w:proofErr w:type="spellEnd"/>
      <w:r w:rsidRPr="005F797A">
        <w:t xml:space="preserve"> sponsor </w:t>
      </w:r>
      <w:proofErr w:type="spellStart"/>
      <w:r w:rsidRPr="005F797A">
        <w:t>albo</w:t>
      </w:r>
      <w:proofErr w:type="spellEnd"/>
      <w:r w:rsidRPr="005F797A">
        <w:t xml:space="preserve"> partner PGE </w:t>
      </w:r>
      <w:proofErr w:type="spellStart"/>
      <w:r w:rsidRPr="005F797A">
        <w:t>Polskiej</w:t>
      </w:r>
      <w:proofErr w:type="spellEnd"/>
      <w:r w:rsidRPr="005F797A">
        <w:t xml:space="preserve"> </w:t>
      </w:r>
      <w:proofErr w:type="spellStart"/>
      <w:r w:rsidRPr="005F797A">
        <w:t>Ekstraligi</w:t>
      </w:r>
      <w:proofErr w:type="spellEnd"/>
      <w:r w:rsidRPr="005F797A">
        <w:t xml:space="preserve"> </w:t>
      </w:r>
      <w:proofErr w:type="spellStart"/>
      <w:r w:rsidRPr="005F797A">
        <w:t>Badmintona</w:t>
      </w:r>
      <w:proofErr w:type="spellEnd"/>
      <w:r w:rsidRPr="005F797A">
        <w:t xml:space="preserve"> </w:t>
      </w:r>
      <w:proofErr w:type="spellStart"/>
      <w:r w:rsidRPr="005F797A">
        <w:t>chciałby</w:t>
      </w:r>
      <w:proofErr w:type="spellEnd"/>
      <w:r w:rsidRPr="005F797A">
        <w:t xml:space="preserve"> </w:t>
      </w:r>
      <w:proofErr w:type="spellStart"/>
      <w:r w:rsidRPr="005F797A">
        <w:t>wykorzystać</w:t>
      </w:r>
      <w:proofErr w:type="spellEnd"/>
      <w:r w:rsidRPr="005F797A">
        <w:t xml:space="preserve"> </w:t>
      </w:r>
      <w:proofErr w:type="spellStart"/>
      <w:r w:rsidRPr="005F797A">
        <w:t>wizerunek</w:t>
      </w:r>
      <w:proofErr w:type="spellEnd"/>
      <w:r w:rsidRPr="005F797A">
        <w:t xml:space="preserve"> </w:t>
      </w:r>
      <w:proofErr w:type="spellStart"/>
      <w:r w:rsidRPr="005F797A">
        <w:t>osoby</w:t>
      </w:r>
      <w:proofErr w:type="spellEnd"/>
      <w:r w:rsidRPr="005F797A">
        <w:t xml:space="preserve"> </w:t>
      </w:r>
      <w:proofErr w:type="spellStart"/>
      <w:r w:rsidRPr="005F797A">
        <w:t>składającej</w:t>
      </w:r>
      <w:proofErr w:type="spellEnd"/>
      <w:r w:rsidRPr="005F797A">
        <w:t xml:space="preserve"> </w:t>
      </w:r>
      <w:proofErr w:type="spellStart"/>
      <w:r w:rsidRPr="005F797A">
        <w:t>oświadczenie</w:t>
      </w:r>
      <w:proofErr w:type="spellEnd"/>
      <w:r w:rsidRPr="005F797A">
        <w:t xml:space="preserve"> w </w:t>
      </w:r>
      <w:proofErr w:type="spellStart"/>
      <w:r w:rsidRPr="005F797A">
        <w:t>kampanii</w:t>
      </w:r>
      <w:proofErr w:type="spellEnd"/>
      <w:r w:rsidRPr="005F797A">
        <w:t xml:space="preserve"> </w:t>
      </w:r>
      <w:proofErr w:type="spellStart"/>
      <w:r w:rsidRPr="005F797A">
        <w:t>reklamowej</w:t>
      </w:r>
      <w:proofErr w:type="spellEnd"/>
      <w:r w:rsidRPr="005F797A">
        <w:t xml:space="preserve">, </w:t>
      </w:r>
      <w:proofErr w:type="spellStart"/>
      <w:r w:rsidRPr="005F797A">
        <w:t>promocyjnej</w:t>
      </w:r>
      <w:proofErr w:type="spellEnd"/>
      <w:r w:rsidRPr="005F797A">
        <w:t xml:space="preserve"> </w:t>
      </w:r>
      <w:proofErr w:type="spellStart"/>
      <w:r w:rsidRPr="005F797A">
        <w:t>lub</w:t>
      </w:r>
      <w:proofErr w:type="spellEnd"/>
      <w:r w:rsidRPr="005F797A">
        <w:t xml:space="preserve"> </w:t>
      </w:r>
      <w:proofErr w:type="spellStart"/>
      <w:r w:rsidRPr="005F797A">
        <w:t>sprzedażowej</w:t>
      </w:r>
      <w:proofErr w:type="spellEnd"/>
      <w:r w:rsidRPr="005F797A">
        <w:t xml:space="preserve"> </w:t>
      </w:r>
      <w:proofErr w:type="spellStart"/>
      <w:r w:rsidRPr="005F797A">
        <w:t>wykraczającej</w:t>
      </w:r>
      <w:proofErr w:type="spellEnd"/>
      <w:r w:rsidRPr="005F797A">
        <w:t xml:space="preserve"> </w:t>
      </w:r>
      <w:proofErr w:type="spellStart"/>
      <w:r w:rsidRPr="005F797A">
        <w:t>poza</w:t>
      </w:r>
      <w:proofErr w:type="spellEnd"/>
      <w:r w:rsidRPr="005F797A">
        <w:t xml:space="preserve"> </w:t>
      </w:r>
      <w:proofErr w:type="spellStart"/>
      <w:r w:rsidRPr="005F797A">
        <w:t>kontekst</w:t>
      </w:r>
      <w:proofErr w:type="spellEnd"/>
      <w:r w:rsidRPr="005F797A">
        <w:t xml:space="preserve"> PGE </w:t>
      </w:r>
      <w:proofErr w:type="spellStart"/>
      <w:r w:rsidRPr="005F797A">
        <w:t>Polskiej</w:t>
      </w:r>
      <w:proofErr w:type="spellEnd"/>
      <w:r w:rsidRPr="005F797A">
        <w:t xml:space="preserve"> </w:t>
      </w:r>
      <w:proofErr w:type="spellStart"/>
      <w:r w:rsidRPr="005F797A">
        <w:t>Ekstraligi</w:t>
      </w:r>
      <w:proofErr w:type="spellEnd"/>
      <w:r w:rsidRPr="005F797A">
        <w:t xml:space="preserve"> </w:t>
      </w:r>
      <w:proofErr w:type="spellStart"/>
      <w:r w:rsidRPr="005F797A">
        <w:t>Badmintona</w:t>
      </w:r>
      <w:proofErr w:type="spellEnd"/>
      <w:r w:rsidRPr="005F797A">
        <w:t xml:space="preserve">, w </w:t>
      </w:r>
      <w:proofErr w:type="spellStart"/>
      <w:r w:rsidRPr="005F797A">
        <w:t>szczególności</w:t>
      </w:r>
      <w:proofErr w:type="spellEnd"/>
      <w:r w:rsidRPr="005F797A">
        <w:t xml:space="preserve"> </w:t>
      </w:r>
      <w:proofErr w:type="spellStart"/>
      <w:r w:rsidRPr="005F797A">
        <w:t>dotyczącej</w:t>
      </w:r>
      <w:proofErr w:type="spellEnd"/>
      <w:r w:rsidRPr="005F797A">
        <w:t xml:space="preserve"> </w:t>
      </w:r>
      <w:proofErr w:type="spellStart"/>
      <w:r w:rsidRPr="005F797A">
        <w:t>bezpośrednio</w:t>
      </w:r>
      <w:proofErr w:type="spellEnd"/>
      <w:r w:rsidRPr="005F797A">
        <w:t xml:space="preserve"> </w:t>
      </w:r>
      <w:proofErr w:type="spellStart"/>
      <w:r w:rsidRPr="005F797A">
        <w:t>produktów</w:t>
      </w:r>
      <w:proofErr w:type="spellEnd"/>
      <w:r w:rsidRPr="005F797A">
        <w:t xml:space="preserve">, </w:t>
      </w:r>
      <w:proofErr w:type="spellStart"/>
      <w:r w:rsidRPr="005F797A">
        <w:t>usług</w:t>
      </w:r>
      <w:proofErr w:type="spellEnd"/>
      <w:r w:rsidRPr="005F797A">
        <w:t xml:space="preserve">, </w:t>
      </w:r>
      <w:proofErr w:type="spellStart"/>
      <w:r w:rsidRPr="005F797A">
        <w:t>marki</w:t>
      </w:r>
      <w:proofErr w:type="spellEnd"/>
      <w:r w:rsidRPr="005F797A">
        <w:t xml:space="preserve"> </w:t>
      </w:r>
      <w:proofErr w:type="spellStart"/>
      <w:r w:rsidRPr="005F797A">
        <w:t>albo</w:t>
      </w:r>
      <w:proofErr w:type="spellEnd"/>
      <w:r w:rsidRPr="005F797A">
        <w:t xml:space="preserve"> </w:t>
      </w:r>
      <w:proofErr w:type="spellStart"/>
      <w:r w:rsidRPr="005F797A">
        <w:t>działalności</w:t>
      </w:r>
      <w:proofErr w:type="spellEnd"/>
      <w:r w:rsidRPr="005F797A">
        <w:t xml:space="preserve"> </w:t>
      </w:r>
      <w:proofErr w:type="spellStart"/>
      <w:r w:rsidRPr="005F797A">
        <w:t>tego</w:t>
      </w:r>
      <w:proofErr w:type="spellEnd"/>
      <w:r w:rsidRPr="005F797A">
        <w:t xml:space="preserve"> </w:t>
      </w:r>
      <w:proofErr w:type="spellStart"/>
      <w:r w:rsidRPr="005F797A">
        <w:t>sponsora</w:t>
      </w:r>
      <w:proofErr w:type="spellEnd"/>
      <w:r w:rsidRPr="005F797A">
        <w:t xml:space="preserve"> </w:t>
      </w:r>
      <w:proofErr w:type="spellStart"/>
      <w:r w:rsidRPr="005F797A">
        <w:t>lub</w:t>
      </w:r>
      <w:proofErr w:type="spellEnd"/>
      <w:r w:rsidRPr="005F797A">
        <w:t xml:space="preserve"> </w:t>
      </w:r>
      <w:proofErr w:type="spellStart"/>
      <w:r w:rsidRPr="005F797A">
        <w:t>partnera</w:t>
      </w:r>
      <w:proofErr w:type="spellEnd"/>
      <w:r w:rsidRPr="005F797A">
        <w:t xml:space="preserve">, </w:t>
      </w:r>
      <w:proofErr w:type="spellStart"/>
      <w:r w:rsidRPr="005F797A">
        <w:t>takie</w:t>
      </w:r>
      <w:proofErr w:type="spellEnd"/>
      <w:r w:rsidRPr="005F797A">
        <w:t xml:space="preserve"> </w:t>
      </w:r>
      <w:proofErr w:type="spellStart"/>
      <w:r w:rsidRPr="005F797A">
        <w:t>wykorzystanie</w:t>
      </w:r>
      <w:proofErr w:type="spellEnd"/>
      <w:r w:rsidRPr="005F797A">
        <w:t xml:space="preserve"> </w:t>
      </w:r>
      <w:proofErr w:type="spellStart"/>
      <w:r w:rsidRPr="005F797A">
        <w:t>powinno</w:t>
      </w:r>
      <w:proofErr w:type="spellEnd"/>
      <w:r w:rsidRPr="005F797A">
        <w:t xml:space="preserve"> </w:t>
      </w:r>
      <w:proofErr w:type="spellStart"/>
      <w:r w:rsidRPr="005F797A">
        <w:t>zostać</w:t>
      </w:r>
      <w:proofErr w:type="spellEnd"/>
      <w:r w:rsidRPr="005F797A">
        <w:t xml:space="preserve"> </w:t>
      </w:r>
      <w:proofErr w:type="spellStart"/>
      <w:r w:rsidRPr="005F797A">
        <w:t>poprzedzone</w:t>
      </w:r>
      <w:proofErr w:type="spellEnd"/>
      <w:r w:rsidRPr="005F797A">
        <w:t xml:space="preserve"> </w:t>
      </w:r>
      <w:proofErr w:type="spellStart"/>
      <w:r w:rsidRPr="005F797A">
        <w:t>uzyskaniem</w:t>
      </w:r>
      <w:proofErr w:type="spellEnd"/>
      <w:r w:rsidRPr="005F797A">
        <w:t xml:space="preserve"> </w:t>
      </w:r>
      <w:proofErr w:type="spellStart"/>
      <w:r w:rsidRPr="005F797A">
        <w:t>odrębnej</w:t>
      </w:r>
      <w:proofErr w:type="spellEnd"/>
      <w:r w:rsidRPr="005F797A">
        <w:t xml:space="preserve"> </w:t>
      </w:r>
      <w:proofErr w:type="spellStart"/>
      <w:r w:rsidRPr="005F797A">
        <w:t>zgody</w:t>
      </w:r>
      <w:proofErr w:type="spellEnd"/>
      <w:r w:rsidRPr="005F797A">
        <w:t xml:space="preserve"> </w:t>
      </w:r>
      <w:proofErr w:type="spellStart"/>
      <w:r w:rsidRPr="005F797A">
        <w:t>osoby</w:t>
      </w:r>
      <w:proofErr w:type="spellEnd"/>
      <w:r w:rsidRPr="005F797A">
        <w:t xml:space="preserve">, </w:t>
      </w:r>
      <w:proofErr w:type="spellStart"/>
      <w:r w:rsidRPr="005F797A">
        <w:t>której</w:t>
      </w:r>
      <w:proofErr w:type="spellEnd"/>
      <w:r w:rsidRPr="005F797A">
        <w:t xml:space="preserve"> </w:t>
      </w:r>
      <w:proofErr w:type="spellStart"/>
      <w:r w:rsidRPr="005F797A">
        <w:t>wizerunek</w:t>
      </w:r>
      <w:proofErr w:type="spellEnd"/>
      <w:r w:rsidRPr="005F797A">
        <w:t xml:space="preserve"> </w:t>
      </w:r>
      <w:proofErr w:type="spellStart"/>
      <w:r w:rsidRPr="005F797A">
        <w:t>dotyczy</w:t>
      </w:r>
      <w:proofErr w:type="spellEnd"/>
      <w:r w:rsidRPr="005F797A">
        <w:t>.</w:t>
      </w:r>
    </w:p>
    <w:p w14:paraId="15FE8E67" w14:textId="77777777" w:rsidR="00325298" w:rsidRDefault="00000000">
      <w:pPr>
        <w:jc w:val="both"/>
      </w:pPr>
      <w:r>
        <w:rPr>
          <w:sz w:val="20"/>
        </w:rPr>
        <w:t>Zgoda zostaje udzielona nieodpłatnie na czas trwania sezonu 2026/2027 oraz po jego zakończeniu w zakresie materiałów archiwalnych, promocyjnych, informacyjnych, statystycznych, historycznych i dokumentacyjnych dotyczących rozgrywek.</w:t>
      </w:r>
    </w:p>
    <w:p w14:paraId="61A9C2DC" w14:textId="77777777" w:rsidR="00325298" w:rsidRDefault="00000000">
      <w:pPr>
        <w:jc w:val="both"/>
      </w:pPr>
      <w:r>
        <w:rPr>
          <w:sz w:val="20"/>
        </w:rPr>
        <w:t>Oświadczam, że zostałem/am poinformowany/a, że wykorzystanie mojego wizerunku nie może naruszać moich dóbr osobistych ani być sprzeczne z dobrym imieniem PZBad, PGE Polskiej Ekstraligi Badmintona, Klubu lub rozgrywek.</w:t>
      </w:r>
    </w:p>
    <w:p w14:paraId="48A549AA" w14:textId="77777777" w:rsidR="00325298" w:rsidRDefault="00325298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972"/>
      </w:tblGrid>
      <w:tr w:rsidR="00325298" w14:paraId="2E556B0B" w14:textId="77777777">
        <w:tc>
          <w:tcPr>
            <w:tcW w:w="9972" w:type="dxa"/>
          </w:tcPr>
          <w:p w14:paraId="0807CD23" w14:textId="77777777" w:rsidR="00325298" w:rsidRDefault="00000000">
            <w:pPr>
              <w:spacing w:before="120" w:after="40"/>
            </w:pPr>
            <w:r>
              <w:rPr>
                <w:sz w:val="20"/>
              </w:rPr>
              <w:br/>
              <w:t>................................................................................................</w:t>
            </w:r>
            <w:r>
              <w:rPr>
                <w:sz w:val="20"/>
              </w:rPr>
              <w:br/>
            </w:r>
            <w:r>
              <w:rPr>
                <w:color w:val="002B78"/>
                <w:sz w:val="19"/>
              </w:rPr>
              <w:t>Czytelny podpis osoby składającej oświadczenie</w:t>
            </w:r>
          </w:p>
        </w:tc>
      </w:tr>
      <w:tr w:rsidR="00325298" w14:paraId="590B0F90" w14:textId="77777777">
        <w:tc>
          <w:tcPr>
            <w:tcW w:w="9972" w:type="dxa"/>
          </w:tcPr>
          <w:p w14:paraId="1DF848BC" w14:textId="77777777" w:rsidR="00325298" w:rsidRDefault="00000000">
            <w:pPr>
              <w:spacing w:before="200" w:after="40"/>
            </w:pPr>
            <w:r>
              <w:rPr>
                <w:b/>
                <w:color w:val="5A5A5A"/>
                <w:sz w:val="19"/>
              </w:rPr>
              <w:t>W przypadku osoby niepełnoletniej:</w:t>
            </w:r>
          </w:p>
        </w:tc>
      </w:tr>
      <w:tr w:rsidR="00325298" w14:paraId="5B8FD9F6" w14:textId="77777777">
        <w:tc>
          <w:tcPr>
            <w:tcW w:w="9972" w:type="dxa"/>
          </w:tcPr>
          <w:p w14:paraId="1860FB28" w14:textId="77777777" w:rsidR="00325298" w:rsidRDefault="00000000">
            <w:pPr>
              <w:spacing w:before="120" w:after="40"/>
            </w:pPr>
            <w:r>
              <w:rPr>
                <w:sz w:val="20"/>
              </w:rPr>
              <w:br/>
              <w:t>................................................................................................</w:t>
            </w:r>
            <w:r>
              <w:rPr>
                <w:sz w:val="20"/>
              </w:rPr>
              <w:br/>
            </w:r>
            <w:r>
              <w:rPr>
                <w:color w:val="002B78"/>
                <w:sz w:val="19"/>
              </w:rPr>
              <w:t>Imię i nazwisko rodzica / opiekuna prawnego</w:t>
            </w:r>
          </w:p>
        </w:tc>
      </w:tr>
      <w:tr w:rsidR="00325298" w14:paraId="5F8DCFB8" w14:textId="77777777">
        <w:tc>
          <w:tcPr>
            <w:tcW w:w="9972" w:type="dxa"/>
          </w:tcPr>
          <w:p w14:paraId="38A9A78E" w14:textId="77777777" w:rsidR="00325298" w:rsidRDefault="00000000">
            <w:pPr>
              <w:spacing w:before="120" w:after="40"/>
            </w:pPr>
            <w:r>
              <w:rPr>
                <w:sz w:val="20"/>
              </w:rPr>
              <w:br/>
              <w:t>................................................................................................</w:t>
            </w:r>
            <w:r>
              <w:rPr>
                <w:sz w:val="20"/>
              </w:rPr>
              <w:br/>
            </w:r>
            <w:r>
              <w:rPr>
                <w:color w:val="002B78"/>
                <w:sz w:val="19"/>
              </w:rPr>
              <w:t>Podpis rodzica / opiekuna prawnego</w:t>
            </w:r>
          </w:p>
        </w:tc>
      </w:tr>
    </w:tbl>
    <w:p w14:paraId="5E66BD94" w14:textId="77777777" w:rsidR="0037232B" w:rsidRDefault="0037232B"/>
    <w:sectPr w:rsidR="0037232B" w:rsidSect="00034616">
      <w:footerReference w:type="default" r:id="rId10"/>
      <w:pgSz w:w="12240" w:h="15840"/>
      <w:pgMar w:top="907" w:right="1134" w:bottom="907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419E99" w14:textId="77777777" w:rsidR="000D388D" w:rsidRDefault="000D388D">
      <w:pPr>
        <w:spacing w:after="0" w:line="240" w:lineRule="auto"/>
      </w:pPr>
      <w:r>
        <w:separator/>
      </w:r>
    </w:p>
  </w:endnote>
  <w:endnote w:type="continuationSeparator" w:id="0">
    <w:p w14:paraId="45DB2A17" w14:textId="77777777" w:rsidR="000D388D" w:rsidRDefault="000D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E2B51" w14:textId="2AFFDCF8" w:rsidR="00325298" w:rsidRDefault="00FC6B55">
    <w:pPr>
      <w:pStyle w:val="Stopka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F4BCB6" wp14:editId="095D3A26">
          <wp:simplePos x="0" y="0"/>
          <wp:positionH relativeFrom="column">
            <wp:posOffset>2540</wp:posOffset>
          </wp:positionH>
          <wp:positionV relativeFrom="paragraph">
            <wp:posOffset>-76163</wp:posOffset>
          </wp:positionV>
          <wp:extent cx="756000" cy="325849"/>
          <wp:effectExtent l="0" t="0" r="6350" b="4445"/>
          <wp:wrapNone/>
          <wp:docPr id="17301519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kstralig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" cy="325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90B8FF8" wp14:editId="2357D34E">
          <wp:simplePos x="0" y="0"/>
          <wp:positionH relativeFrom="column">
            <wp:posOffset>5680113</wp:posOffset>
          </wp:positionH>
          <wp:positionV relativeFrom="paragraph">
            <wp:posOffset>-40943</wp:posOffset>
          </wp:positionV>
          <wp:extent cx="683895" cy="251460"/>
          <wp:effectExtent l="0" t="0" r="0" b="2540"/>
          <wp:wrapNone/>
          <wp:docPr id="198059818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3895" cy="251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5A5A5A"/>
        <w:sz w:val="17"/>
      </w:rPr>
      <w:t xml:space="preserve">   </w:t>
    </w:r>
    <w:proofErr w:type="spellStart"/>
    <w:r>
      <w:rPr>
        <w:color w:val="5A5A5A"/>
        <w:sz w:val="17"/>
      </w:rPr>
      <w:t>Załącznik</w:t>
    </w:r>
    <w:proofErr w:type="spellEnd"/>
    <w:r>
      <w:rPr>
        <w:color w:val="5A5A5A"/>
        <w:sz w:val="17"/>
      </w:rPr>
      <w:t xml:space="preserve"> nr 1 | PGE Polska </w:t>
    </w:r>
    <w:proofErr w:type="spellStart"/>
    <w:r>
      <w:rPr>
        <w:color w:val="5A5A5A"/>
        <w:sz w:val="17"/>
      </w:rPr>
      <w:t>Ekstraliga</w:t>
    </w:r>
    <w:proofErr w:type="spellEnd"/>
    <w:r>
      <w:rPr>
        <w:color w:val="5A5A5A"/>
        <w:sz w:val="17"/>
      </w:rPr>
      <w:t xml:space="preserve"> </w:t>
    </w:r>
    <w:proofErr w:type="spellStart"/>
    <w:r>
      <w:rPr>
        <w:color w:val="5A5A5A"/>
        <w:sz w:val="17"/>
      </w:rPr>
      <w:t>Badmintona</w:t>
    </w:r>
    <w:proofErr w:type="spellEnd"/>
    <w:r>
      <w:rPr>
        <w:color w:val="5A5A5A"/>
        <w:sz w:val="17"/>
      </w:rPr>
      <w:t xml:space="preserve"> | </w:t>
    </w:r>
    <w:proofErr w:type="spellStart"/>
    <w:r>
      <w:rPr>
        <w:color w:val="5A5A5A"/>
        <w:sz w:val="17"/>
      </w:rPr>
      <w:t>sezon</w:t>
    </w:r>
    <w:proofErr w:type="spellEnd"/>
    <w:r>
      <w:rPr>
        <w:color w:val="5A5A5A"/>
        <w:sz w:val="17"/>
      </w:rPr>
      <w:t xml:space="preserve"> 2026/2027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09BF8B" w14:textId="77777777" w:rsidR="000D388D" w:rsidRDefault="000D388D">
      <w:pPr>
        <w:spacing w:after="0" w:line="240" w:lineRule="auto"/>
      </w:pPr>
      <w:r>
        <w:separator/>
      </w:r>
    </w:p>
  </w:footnote>
  <w:footnote w:type="continuationSeparator" w:id="0">
    <w:p w14:paraId="37D9F8AD" w14:textId="77777777" w:rsidR="000D388D" w:rsidRDefault="000D3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0677092">
    <w:abstractNumId w:val="8"/>
  </w:num>
  <w:num w:numId="2" w16cid:durableId="692192581">
    <w:abstractNumId w:val="6"/>
  </w:num>
  <w:num w:numId="3" w16cid:durableId="746608471">
    <w:abstractNumId w:val="5"/>
  </w:num>
  <w:num w:numId="4" w16cid:durableId="173882927">
    <w:abstractNumId w:val="4"/>
  </w:num>
  <w:num w:numId="5" w16cid:durableId="1807775571">
    <w:abstractNumId w:val="7"/>
  </w:num>
  <w:num w:numId="6" w16cid:durableId="34161789">
    <w:abstractNumId w:val="3"/>
  </w:num>
  <w:num w:numId="7" w16cid:durableId="471288597">
    <w:abstractNumId w:val="2"/>
  </w:num>
  <w:num w:numId="8" w16cid:durableId="847331997">
    <w:abstractNumId w:val="1"/>
  </w:num>
  <w:num w:numId="9" w16cid:durableId="2890200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5B9"/>
    <w:rsid w:val="000D388D"/>
    <w:rsid w:val="00146BF9"/>
    <w:rsid w:val="0015074B"/>
    <w:rsid w:val="0029639D"/>
    <w:rsid w:val="00325298"/>
    <w:rsid w:val="00326F90"/>
    <w:rsid w:val="0037232B"/>
    <w:rsid w:val="005B7032"/>
    <w:rsid w:val="005F797A"/>
    <w:rsid w:val="00AA1D8D"/>
    <w:rsid w:val="00AB5FE2"/>
    <w:rsid w:val="00B47730"/>
    <w:rsid w:val="00CB0664"/>
    <w:rsid w:val="00FC693F"/>
    <w:rsid w:val="00F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7DBD74"/>
  <w14:defaultImageDpi w14:val="300"/>
  <w15:docId w15:val="{879CF3D2-9CA8-1643-86FB-186FE28E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64" w:lineRule="auto"/>
    </w:pPr>
    <w:rPr>
      <w:rFonts w:ascii="Calibri" w:hAnsi="Calibri"/>
      <w:color w:val="191919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Mikołaj Glinicki</cp:lastModifiedBy>
  <cp:revision>4</cp:revision>
  <dcterms:created xsi:type="dcterms:W3CDTF">2013-12-23T23:15:00Z</dcterms:created>
  <dcterms:modified xsi:type="dcterms:W3CDTF">2026-07-27T20:12:00Z</dcterms:modified>
  <cp:category/>
</cp:coreProperties>
</file>